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</w:pPr>
      <w:r>
        <w:rPr>
          <w:color w:val="4C584E"/>
          <w:sz w:val="18"/>
        </w:rPr>
        <w:t>WebReach · Сергей Сорокин · webreach.ru</w:t>
      </w:r>
    </w:p>
    <w:p>
      <w:pPr>
        <w:pStyle w:val="Title"/>
      </w:pPr>
      <w:r>
        <w:t>Бриф на интеграцию сайта с 1С</w:t>
      </w:r>
    </w:p>
    <w:p>
      <w:pPr>
        <w:keepNext w:val="0"/>
      </w:pPr>
      <w:r>
        <w:t>Заполните известные пункты и прикрепите файл к обращению на webreach.ru. По ответам я уточню состав обмена и вопросы для специалиста по 1С.</w:t>
      </w:r>
    </w:p>
    <w:p>
      <w:pPr>
        <w:keepNext w:val="0"/>
      </w:pPr>
      <w:r>
        <w:rPr>
          <w:color w:val="4C584E"/>
          <w:sz w:val="18"/>
        </w:rPr>
        <w:t>Замените [Ваш ответ] своим текстом. Поля расширяются при вводе. Заполнение необязательно, неизвестные пункты можно пропустить. Пароли, ключи доступа, копию базы и персональные данные клиентов сюда не добавляйте.</w:t>
      </w:r>
    </w:p>
    <w:p>
      <w:pPr>
        <w:pStyle w:val="Heading1"/>
      </w:pPr>
      <w:r>
        <w:t>1 Сайт и 1С</w:t>
      </w:r>
    </w:p>
    <w:p>
      <w:pPr>
        <w:keepNext/>
      </w:pPr>
      <w:r>
        <w:rPr>
          <w:b/>
        </w:rPr>
        <w:t>Адрес сайта и система управления</w:t>
      </w:r>
    </w:p>
    <w:p>
      <w:pPr>
        <w:keepNext/>
      </w:pPr>
      <w:r>
        <w:rPr>
          <w:color w:val="4C584E"/>
          <w:sz w:val="18"/>
        </w:rPr>
        <w:t>Если сайт только планируется, кратко опишите, что на нем будет. Для существующего сайта укажите систему управления и версию, если знаете.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Конфигурация 1С и текущий обмен</w:t>
      </w:r>
    </w:p>
    <w:p>
      <w:pPr>
        <w:keepNext/>
      </w:pPr>
      <w:r>
        <w:rPr>
          <w:color w:val="4C584E"/>
          <w:sz w:val="18"/>
        </w:rPr>
        <w:t>Укажите название и версию конфигурации, известные доработки и модуль обмена. Если обмен уже есть, что в нем нужно сохранить или исправить?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2 Задача обмена</w:t>
      </w:r>
    </w:p>
    <w:p>
      <w:pPr>
        <w:keepNext/>
      </w:pPr>
      <w:r>
        <w:rPr>
          <w:b/>
        </w:rPr>
        <w:t>Какую работу сотрудники выполняют вручную</w:t>
      </w:r>
    </w:p>
    <w:p>
      <w:pPr>
        <w:keepNext/>
      </w:pPr>
      <w:r>
        <w:rPr>
          <w:color w:val="4C584E"/>
          <w:sz w:val="18"/>
        </w:rPr>
        <w:t>Опишите текущие действия и нужный результат. Отметьте, что требуется в первую очередь.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Какие данные передавать и в какую сторону</w:t>
      </w:r>
    </w:p>
    <w:p>
      <w:pPr>
        <w:keepNext/>
      </w:pPr>
      <w:r>
        <w:rPr>
          <w:color w:val="4C584E"/>
          <w:sz w:val="18"/>
        </w:rPr>
        <w:t>Например, товары, цены и остатки из 1С на сайт, заказы с сайта в 1С. Укажите также нужные статусы и документы.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3 Каталог</w:t>
      </w:r>
    </w:p>
    <w:p>
      <w:pPr>
        <w:keepNext/>
      </w:pPr>
      <w:r>
        <w:rPr>
          <w:b/>
        </w:rPr>
        <w:t>Как устроены товары и где их редактируют</w:t>
      </w:r>
    </w:p>
    <w:p>
      <w:pPr>
        <w:keepNext/>
      </w:pPr>
      <w:r>
        <w:rPr>
          <w:color w:val="4C584E"/>
          <w:sz w:val="18"/>
        </w:rPr>
        <w:t>Есть ли товары уже в обеих системах? Укажите примерное количество товаров и вариантов. Есть ли размеры, цвета или упаковки? Где ведут описания и фото?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4 Цены и остатки</w:t>
      </w:r>
    </w:p>
    <w:p>
      <w:pPr>
        <w:keepNext/>
      </w:pPr>
      <w:r>
        <w:rPr>
          <w:b/>
        </w:rPr>
        <w:t>Какие цены и скидки нужны на сайте</w:t>
      </w:r>
    </w:p>
    <w:p>
      <w:pPr>
        <w:keepNext/>
      </w:pPr>
      <w:r>
        <w:rPr>
          <w:color w:val="4C584E"/>
          <w:sz w:val="18"/>
        </w:rPr>
        <w:t>Кому показывать каждую цену? Где рассчитываются скидки и какую итоговую сумму нужно передавать в заказе?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С каких складов продавать и какое количество передавать</w:t>
      </w:r>
    </w:p>
    <w:p>
      <w:pPr>
        <w:keepNext/>
      </w:pPr>
      <w:r>
        <w:rPr>
          <w:color w:val="4C584E"/>
          <w:sz w:val="18"/>
        </w:rPr>
        <w:t>Учитываются ли резервы в количестве из 1С? Что делать при нулевом остатке? Какую задержку обновления можно допустить?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5 Заказы</w:t>
      </w:r>
    </w:p>
    <w:p>
      <w:pPr>
        <w:keepNext/>
      </w:pPr>
      <w:r>
        <w:rPr>
          <w:b/>
        </w:rPr>
        <w:t>Когда передавать заказ в 1С</w:t>
      </w:r>
    </w:p>
    <w:p>
      <w:pPr>
        <w:keepNext/>
      </w:pPr>
      <w:r>
        <w:rPr>
          <w:color w:val="4C584E"/>
          <w:sz w:val="18"/>
        </w:rPr>
        <w:t>После оформления, оплаты или проверки менеджером? Какие сведения нужны сотруднику для обработки заказа?</w:t>
      </w:r>
    </w:p>
    <w:p>
      <w:pPr>
        <w:keepNext w:val="1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Кто меняет заказ и какие изменения передаются обратно</w:t>
      </w:r>
    </w:p>
    <w:p>
      <w:pPr>
        <w:keepNext/>
      </w:pPr>
      <w:r>
        <w:rPr>
          <w:color w:val="4C584E"/>
          <w:sz w:val="18"/>
        </w:rPr>
        <w:t>Укажите, как обрабатывать замену товара, отмену, снятие резерва и смену статусов оплаты и выполнения, если это нужно. Где покупатель увидит изменения?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6 Проверка результата</w:t>
      </w:r>
    </w:p>
    <w:p>
      <w:pPr>
        <w:keepNext/>
      </w:pPr>
      <w:r>
        <w:rPr>
          <w:b/>
        </w:rPr>
        <w:t>Примеры для проверки и ожидаемый результат</w:t>
      </w:r>
    </w:p>
    <w:p>
      <w:pPr>
        <w:keepNext/>
      </w:pPr>
      <w:r>
        <w:rPr>
          <w:color w:val="4C584E"/>
          <w:sz w:val="18"/>
        </w:rPr>
        <w:t>Приложите обезличенный снимок карточки товара или заказа. Укажите, что должно появиться в другой системе и что нельзя менять. Есть ли тестовые копии сайта и 1С?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7 Участники работы</w:t>
      </w:r>
    </w:p>
    <w:p>
      <w:pPr>
        <w:keepNext/>
      </w:pPr>
      <w:r>
        <w:rPr>
          <w:b/>
        </w:rPr>
        <w:t>Ваше имя и удобный способ связи</w:t>
      </w:r>
    </w:p>
    <w:p>
      <w:pPr>
        <w:keepNext/>
      </w:pPr>
      <w:r>
        <w:rPr>
          <w:color w:val="4C584E"/>
          <w:sz w:val="18"/>
        </w:rPr>
        <w:t>Укажите email, Telegram или телефон. Кто со стороны компании согласует результат?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Кто обслуживает 1С и поможет проверить обмен</w:t>
      </w:r>
    </w:p>
    <w:p>
      <w:pPr>
        <w:keepNext/>
      </w:pPr>
      <w:r>
        <w:rPr>
          <w:color w:val="4C584E"/>
          <w:sz w:val="18"/>
        </w:rPr>
        <w:t>Достаточно имени и роли специалиста. Если специалиста пока нет, так и напишите. Я разрабатываю обмен на стороне сайта. Изменения в 1С выполняет ваш специалист.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8 Сроки</w:t>
      </w:r>
    </w:p>
    <w:p>
      <w:pPr>
        <w:keepNext/>
      </w:pPr>
      <w:r>
        <w:rPr>
          <w:b/>
        </w:rPr>
        <w:t>Есть ли нужная дата и с чем она связана</w:t>
      </w:r>
    </w:p>
    <w:p>
      <w:pPr>
        <w:keepNext/>
      </w:pPr>
      <w:r>
        <w:rPr>
          <w:color w:val="4C584E"/>
          <w:sz w:val="18"/>
        </w:rPr>
        <w:t>Если жесткого срока нет, так и напишите. Срок выполнения согласуем после оценки.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 w:val="0"/>
      </w:pPr>
      <w:r>
        <w:rPr>
          <w:color w:val="4C584E"/>
          <w:sz w:val="18"/>
        </w:rPr>
        <w:t>Не нужно самостоятельно менять настройки ради заполнения брифа. Недостающие сведения уточним при обсуждении. Если потребуется отдельный технический разбор, заранее согласуем его условия.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028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интеграцию сайта с 1С</dc:title>
  <dc:subject>Описание задачи для оценки обмена сайта с 1С</dc:subject>
  <dc:creator>Сергей Сорокин · WebReach</dc:creator>
  <cp:keywords>бриф, интеграция, 1С</cp:keywords>
  <dc:description/>
  <cp:lastModifiedBy>WebReach</cp:lastModifiedBy>
  <cp:revision>1</cp:revision>
  <dcterms:created xsi:type="dcterms:W3CDTF">2013-12-23T23:15:00Z</dcterms:created>
  <dcterms:modified xsi:type="dcterms:W3CDTF">2013-12-23T23:15:00Z</dcterms:modified>
  <cp:category/>
</cp:coreProperties>
</file>